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🔮 דף תרגול: נחשו ובדקו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ניבוי, הסקה, קריאה פעילה. נושאים: 🌍 גלובליזציה – כפר עולמי.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נחשו ובדקו: 🌍 גלובליזציה – כפר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ב – את מחיר המשלוח וזמן ההגעה (בטקסט: המשלוח עולה 50 ₪. הוא לוקח שלושה שבועות. סך הכול 200 ₪.)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א – מוסיף זיהום אוויר 💨 (בטקסט: מטוס שורף הרבה דלק. זו טביעת רגל פחמנית 👣.)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מה קרה באמת? התאמה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התאמה: 1–ב · 2–א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כתיבה: ממשיכים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כתיבה אישית – מחוון: המשך הגיוני, שתי מילים מהטקסט, משפטים שלמים.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🔮 נחשו ובדקו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נחשו ובדקו: 🌍 גלובליזציה –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קראו. הקיפו ניבוי אחד. כתבו למה.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📖 מה ידוע עד עכשיו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רון רוצה נעלי ספורט 👟. בחנות בעיר: 300 ₪. באתר בחו״ל: 150 ₪ ועוד משלוח.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1. מה רון יבדוק קודם?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את צבע הקופסה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את מחיר המשלוח וזמן ההגעה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את השם של המוכר</w:t>
      </w:r>
    </w:p>
    <w:p>
      <w:pPr>
        <w:bidi/>
        <w:spacing w:after="4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📖 מה ידוע עד עכשיו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רון הזמין. החבילה טסה במטוס ✈️.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2. מה זה עושה לסביבה?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מוסיף זיהום אוויר 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לא משנה כלום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מנקה את האוויר</w:t>
      </w:r>
    </w:p>
    <w:p>
      <w:pPr>
        <w:bidi/>
        <w:spacing w:after="4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מה קרה באמת?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התאימו שאלה ↔ המשך. כתבו אות.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שאלת הניבוי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ההמשך בסיפור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מה רון יבדוק קודם?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א. מטוס שורף הרבה דלק. זו טביעת רגל פחמנית 👣.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מה זה עושה לסביבה?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ב. המשלוח עולה 50 ₪. הוא לוקח שלושה שבועות. סך הכול 200 ₪.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כתיבה: ממשיכים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כתבו 2–3 משפטים: מה יקרה עכשיו?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DCFCE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💡 ידעתם?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אונייה מזהמת פחות, אבל היא איטית יותר 🚢.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נחשו ובדקו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🔮 איזה ניבוי שלי היה 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נחשו ובדקו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