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🔮 דף תרגול: נחשו ובדקו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ניבוי, הסקה, קריאה פעילה. נושאים: 🌾 חג הסיגד.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נחשו ובדקו: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א – יקראו ויתפללו (בטקסט: הקסים קוראים ומתפללים. כולם עומדים בשקט.)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ב – רבים צמים עד הצהריים (בטקסט: מאיה מסבירה: "בסיגד הרבה אנשים צמים עד הצהריים. נאכל יחד אחר כך.")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געגועים לבית הישן (בטקסט: דניאל אומר: "גם אני מתגעגע." מאיה מחייכת: "בסיגד מותר להתגעגע. וגם לשמוח שאנחנו כאן.")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מה קרה באמת? 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2–א · 3–ג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כתיבה: ממשיכים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כתיבה אישית – מחוון: המשך הגיוני, שתי מילים מהטקסט, משפטים שלמים.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🔮 נחשו ובדקו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קהילה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community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община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جماعة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השתחוות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bowing down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поклон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سجود، انحناء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mountain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гора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جبل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צמו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fasted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постились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صاموا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הקסים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kessim – spiritual leaders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кесы – духовные лидеры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الكِسّيم – القادة الروحيون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האורית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Orit – holy scriptures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Орит – священные книги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الأوريت – الكتب المقدسة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טיילת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promenade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набережная, променад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ممشى، كورنيش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נחשו ובדקו: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קראו. הקיפו ניבוי אחד. כתבו למה.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📖 מה ידוע עד עכשיו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דניאל ומאיה מגיעים לטיילת. יש שם הרבה אנשים. הקסים עומדים מתחת למטריות צבעוניות.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מה הקסים יעשו?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יקראו ויתפללו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ישירו שירי פופ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ימכרו אוכל</w:t>
      </w:r>
    </w:p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📖 מה ידוע עד עכשיו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דניאל רוצה לקנות כריך. מאיה אומרת: "עוד לא."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למה מאיה אומרת "עוד לא"?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אין כסף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רבים צמים עד הצהריים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הכריך לא טעים</w:t>
      </w:r>
    </w:p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EF9C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📖 מה ידוע עד עכשיו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דניאל מסתכל על העיר העתיקה. הוא נזכר בפריז.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מה דניאל מרגיש?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כעס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שעמום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געגועים לבית הישן</w:t>
      </w:r>
    </w:p>
    <w:p>
      <w:pPr>
        <w:bidi/>
        <w:spacing w:after="4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מה קרה באמת?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שאלה ↔ המשך. כתבו אות.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שאלת הניבוי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ההמשך בסיפור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מה הקסים יעשו?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מאיה מסבירה: "בסיגד הרבה אנשים צמים עד הצהריים. נאכל יחד אחר כך."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למה מאיה אומרת "עוד לא"?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הקסים קוראים ומתפללים. כולם עומדים בשקט.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מה דניאל מרגיש?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דניאל אומר: "גם אני מתגעגע." מאיה מחייכת: "בסיגד מותר להתגעגע. וגם לשמוח שאנחנו כאן."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כתיבה: ממשיכים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2–3 משפטים: מה יקרה עכשיו?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DCFCE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💡 ידעתם?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כיסופים הם געגועים חזקים. בסיגד מדברים על כיסופים לירושלים.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נחשו ובדקו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🔮 איזה ניבוי שלי היה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נחשו ובדקו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