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🔮 דף תרגול: נחשו ובדקו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ניבוי, הסקה, קריאה פעילה. נושאים: 📚 לשון.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נחשו ובדקו: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לבחור שורש שקשור למשמעות (בטקסט: התלמידים בחרו בשורש סמן – כמו סימן, סימון ומסומן.)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ג – מקטל – כמו מזלג ומפתח (בטקסט: יצאה המילה "מסמן". "נשמע כמו כלי אמיתי!" צחק יואב.)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א – מסמנים; מסמן המשימה (בטקסט: התלמידים בדקו: מזלג – מזלגות, מפתח – מפתחות. "אולי גם מסמנות?" שאלה מיקה. הכיתה הצביעה על "מסמנים", ובסמיכות – "מסמן המשימה".)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מה קרה באמת? התאמה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1–ג · 2–ב · 3–א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כתיבה: ממשיכים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כתיבה אישית – מחוון: המשך הגיוני, שתי מילים מהטקסט, משפטים שלמים.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🔮 נחשו ובדקו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נחשו ובדקו: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קראו כל קטע. הקיפו את הניבוי שנראה לכם הגיוני ביותר, ונמקו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📖 מה ידוע עד עכשיו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בכיתה ח׳3 החליטו להמציא מילה עברית לדבר שאין לו שם: המדבקה הקטנה שמסמנת על הלוח שתלמיד הגיש משימה.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מאיפה כדאי להתחיל?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לבחור צליל מצחיק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לבחור שורש שקשור למשמעות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לתרגם מילה מאנגלית</w:t>
      </w:r>
    </w:p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📖 מה ידוע עד עכשיו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עכשיו צריך משקל. מיקה הציעה: "בואו נבחר משקל של כלי קטן."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איזה משקל יתאים?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קטל – כמו נגר וטבח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קטילה – כמו כתיבה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מקטל – כמו מזלג ומפתח</w:t>
      </w:r>
    </w:p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📖 מה ידוע עד עכשיו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המורה שאלה: "איך נגיד את זה ברבים? ואיך בסמיכות – המסמן של המשימה?"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מה יחליטו?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מסמנים; מסמן המשימה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מסמנות; מסמנת המשימה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מסמן; המסמן משימה</w:t>
      </w:r>
    </w:p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מה קרה באמת?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לכל שאלת ניבוי את ההמשך שמופיע בסיפור. כתבו את האות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שאלת הניבוי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ההמשך בסיפור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מאיפה כדאי להתחיל?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התלמידים בדקו: מזלג – מזלגות, מפתח – מפתחות. "אולי גם מסמנות?" שאלה מיקה. הכיתה הצביעה על "מסמנים", ובסמיכות – "מסמן המשימה".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איזה משקל יתאים?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יצאה המילה "מסמן". "נשמע כמו כלי אמיתי!" צחק יואב.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מה יחליטו?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התלמידים בחרו בשורש סמן – כמו סימן, סימון ומסומן.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כתיבה: ממשיכים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המשך משלכם לסיפור (4–5 משפטים). שלבו לפחות שתי מילים מהקטעים.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💡 ידעתם?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במשקל מקטל יש מילים שהרבים שלהן בות (מזלגות, מפתחות); הרבים בעברית לא תמיד צפוי.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נחשו ובדקו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🔮 כתבו ניבוי אחד שהתברר כנכון, ומה עזר לכם לנחש.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נחשו ובדקו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