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⚖️ דף תרגול: זה או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עמדה, נימוק, דילמות. נושאים: 📚 לשון, 🌍 גלובליזציה – כפר עולמי, 🌾 חג הסיגד.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זה או זה? בוחרים ומנמקים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אישיות. מחוון: עמדה ברורה + נימוק ענייני (אין תשובה נכונה אחת).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בעד ונגד: מה חוסך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יתרון וחיסרון ענייניים לכל אפשרות (חינוך פיננסי: מחיר, צורך מול רצון, חיסכון).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כתיבת טיעון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מחוון: עמדה (1), שני נימוקים (2), טיעון נגד ומענה (1), סיכום (1).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⚖️ זה או זה?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זה או זה? בוחרים ומנמקים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סמנו בחירה. כתבו "כי…".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📚 מה חוסך כסף?</w:t>
        <w:br/>
        <w:t>☐ 💰 לקנות ספר      או      ☐ 📚 לשאול מהספרייה</w:t>
        <w:br/>
        <w:t>אני בוחר/ת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🌍 יש לכם תקציב קטן. מה תקנו?</w:t>
        <w:br/>
        <w:t>☐ חולצה זולה 👕      או      ☐ חולצה יד שנייה ♻️</w:t>
        <w:br/>
        <w:t>אני בוחר/ת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🌾 מי מוביל טוב יותר?</w:t>
        <w:br/>
        <w:t>☐ מנהיג שמדבר      או      ☐ מנהיג שמקשיב</w:t>
        <w:br/>
        <w:t>אני בוחר/ת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בעד ונגד: מה חוסך כסף?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יתרון אחד וחיסרון אחד.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3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האפשרות</w:t>
            </w:r>
          </w:p>
        </w:tc>
        <w:tc>
          <w:tcPr>
            <w:tcW w:type="dxa" w:w="3330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👍 יתרון</w:t>
            </w:r>
          </w:p>
        </w:tc>
        <w:tc>
          <w:tcPr>
            <w:tcW w:type="dxa" w:w="3330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👎 חיסרון</w:t>
            </w:r>
          </w:p>
        </w:tc>
      </w:tr>
      <w:tr>
        <w:tc>
          <w:tcPr>
            <w:tcW w:type="dxa" w:w="34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💰 לקנות ספר</w:t>
            </w:r>
          </w:p>
        </w:tc>
        <w:tc>
          <w:tcPr>
            <w:tcW w:type="dxa" w:w="333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333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📚 לשאול מהספרייה</w:t>
            </w:r>
          </w:p>
        </w:tc>
        <w:tc>
          <w:tcPr>
            <w:tcW w:type="dxa" w:w="333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333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כתיבת טיעון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כתבו: מה אני בוחר/ת, ולמה (2 סיבות).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🧱 פתיחים שיעזרו: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אני בוחר/ת…  ·  כי…  ·  וגם…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זה או 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⚖️ מה היה הכי קשה לבחור?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זה או זה?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