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⚖️ דף תרגול: זה או זה?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עמדה, נימוק, דילמות. נושאים: 📚 לשון, 🌍 גלובליזציה – כפר עולמי, 🌾 חג הסיגד.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זה או זה? בוחרים ומנמקים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אישיות. מחוון: עמדה ברורה + נימוק ענייני (אין תשובה נכונה אחת).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בעד ונגד: מה חוסך כסף? מה נעים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יתרון וחיסרון ענייניים לכל אפשרות (חינוך פיננסי: מחיר, צורך מול רצון, חיסכון).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כתיבת טיעון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מחוון: עמדה (1), שני נימוקים (2), טיעון נגד ומענה (1), סיכום (1).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⚖️ זה או זה?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מכתב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letter (mail)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письмо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رسالة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כתובת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address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адрес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عنوان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מעטפה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envelope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конверт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مغلّف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דואר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post office / mail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почта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بريد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אולפן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Hebrew language school (ulpan)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ульпан (школа иврита)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أولبان (مدرسة لتعليم العبرية)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מאפייה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bakery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пекарня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مخبز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crown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корона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تاج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עיתון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newspaper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газета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جريدة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זה או זה? בוחרים ומנמקים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סמנו בחירה. כתבו "כי…".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📚 מה חוסך כסף? מה נעים יותר?</w:t>
        <w:br/>
        <w:t>☐ לקנות ספר חדש      או      ☐ לשאול ספר מהספרייה</w:t>
        <w:br/>
        <w:t>אני בוחר/ת כי…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🌍 יש לכם מעט כסף. מה תבחרו?</w:t>
        <w:br/>
        <w:t>☐ טלפון חדש      או      ☐ לתקן את הטלפון הישן</w:t>
        <w:br/>
        <w:t>אני בוחר/ת כי…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🌾 מה עוזר להרגיש בבית?</w:t>
        <w:br/>
        <w:t>☐ לחגוג חג חדש      או      ☐ לחגוג חג מהבית הישן</w:t>
        <w:br/>
        <w:t>אני בוחר/ת כי…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בעד ונגד: מה חוסך כסף? מה נעים יותר?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יתרון אחד וחיסרון אחד.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3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האפשרות</w:t>
            </w:r>
          </w:p>
        </w:tc>
        <w:tc>
          <w:tcPr>
            <w:tcW w:type="dxa" w:w="3330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👍 יתרון</w:t>
            </w:r>
          </w:p>
        </w:tc>
        <w:tc>
          <w:tcPr>
            <w:tcW w:type="dxa" w:w="3330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👎 חיסרון</w:t>
            </w:r>
          </w:p>
        </w:tc>
      </w:tr>
      <w:tr>
        <w:tc>
          <w:tcPr>
            <w:tcW w:type="dxa" w:w="34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לקנות ספר חדש</w:t>
            </w:r>
          </w:p>
        </w:tc>
        <w:tc>
          <w:tcPr>
            <w:tcW w:type="dxa" w:w="3330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3330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34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לשאול ספר מהספרייה</w:t>
            </w:r>
          </w:p>
        </w:tc>
        <w:tc>
          <w:tcPr>
            <w:tcW w:type="dxa" w:w="3330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3330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כתיבת טיעון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כתבו: מה אני בוחר/ת, ולמה (2 סיבות).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🧱 פתיחים שיעזרו: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לדעתי…  ·  הנימוק הראשון…  ·  בנוסף…  ·  אמנם… אבל…  ·  לסיכום…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זה או 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⚖️ מה היה הכי קשה לבחור?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זה או זה?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