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⚖️ דף תרגול: זה או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עמדה, נימוק, דילמות. נושאים: 📚 לשון, 🌍 גלובליזציה – כפר עולמי,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זה או זה? בוחרים ומנמקים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אישיות. מחוון: עמדה ברורה + נימוק ענייני (אין תשובה נכונה אחת).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בעד ונגד: מתי שווה לקנות ומתי עדיף לשאול? איך מחליטים?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יתרון וחיסרון ענייניים לכל אפשרות (חינוך פיננסי: מחיר, צורך מול רצון, חיסכון).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כתיבת טיעון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עמדה (1), שני נימוקים (2), טיעון נגד ומענה (1), סיכום (1).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⚖️ זה או זה?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זה או זה? בוחרים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בכל דילמה סמנו את הבחירה שלכם וכתבו נימוק אחד שמתחיל במילה "כי".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מתי שווה לקנות ומתי עדיף לשאול? איך מחליטים?</w:t>
        <w:br/>
        <w:t>☐ לקנות ספר חדש משלי      או      ☐ לשאול ספר מהספרייה ולחסוך את הכסף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יש לכם תקציב קבוע לבגדים לכל השנה. מה תבחרו ולמה?</w:t>
        <w:br/>
        <w:t>☐ חולצה זולה מאופנה מהירה      או      ☐ חולצה יד שנייה או חולצה איכותית שתחזיק שנים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איך שומרים מסורת חיה?</w:t>
        <w:br/>
        <w:t>☐ לשמור על הטקס בדיוק כמו פעם      או      ☐ לחדש את הטקס כך שידבר לצעירים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🕎 מה שווה לכם יותר – הנאה עכשיו או מטרה בעתיד? איך מחליטים?</w:t>
        <w:br/>
        <w:t>☐ להוציא את דמי החנוכה על בילוי עם חברים      או      ☐ לחסוך אותם למטרה גדולה יותר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בעד ונגד: מתי שווה לקנות ומתי עדיף לשאול? איך מחליטים?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מלאו את הטבלה: יתרון וחיסרון לכל אפשרות.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3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האפשרות</w:t>
            </w:r>
          </w:p>
        </w:tc>
        <w:tc>
          <w:tcPr>
            <w:tcW w:type="dxa" w:w="333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👍 יתרון</w:t>
            </w:r>
          </w:p>
        </w:tc>
        <w:tc>
          <w:tcPr>
            <w:tcW w:type="dxa" w:w="333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👎 חיסרון</w:t>
            </w:r>
          </w:p>
        </w:tc>
      </w:tr>
      <w:tr>
        <w:tc>
          <w:tcPr>
            <w:tcW w:type="dxa" w:w="34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לקנות ספר חדש משלי</w:t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34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לשאול ספר מהספרייה ולחסוך את הכסף</w:t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כתיבת טיעון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דילמה אחת מחלק א׳ וכתבו פסקת טיעון: עמדה, שני נימוקים, טיעון נגד וסיכום.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🧱 פתיחים שיעזרו: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לדעתי…  ·  הנימוק הראשון…  ·  בנוסף…  ·  אמנם… אבל…  ·  לסיכום…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זה או 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⚖️ איזו דילמה הייתה הכי קשה 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זה או זה?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